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3C" w:rsidRDefault="00266CD7" w:rsidP="00130AEE">
      <w:pPr>
        <w:spacing w:after="0"/>
        <w:jc w:val="center"/>
      </w:pPr>
      <w:r>
        <w:rPr>
          <w:b/>
          <w:color w:val="1B365D"/>
          <w:sz w:val="32"/>
        </w:rPr>
        <w:t>8th International Conference</w:t>
      </w:r>
      <w:r>
        <w:rPr>
          <w:b/>
          <w:color w:val="1B365D"/>
          <w:sz w:val="32"/>
        </w:rPr>
        <w:br/>
        <w:t>Mycology, Mycotoxicology, Mycoses</w:t>
      </w:r>
      <w:r>
        <w:rPr>
          <w:b/>
          <w:color w:val="1B365D"/>
          <w:sz w:val="32"/>
        </w:rPr>
        <w:br/>
      </w:r>
      <w:r>
        <w:rPr>
          <w:color w:val="7F8C8D"/>
          <w:sz w:val="20"/>
        </w:rPr>
        <w:t>8–9 October 2026 | Matica Srpska, Novi Sad, Serbia | Hybrid Conference</w:t>
      </w:r>
    </w:p>
    <w:p w:rsidR="006F5B3C" w:rsidRPr="00130AEE" w:rsidRDefault="00266CD7" w:rsidP="00717D75">
      <w:pPr>
        <w:spacing w:after="0"/>
        <w:jc w:val="center"/>
        <w:rPr>
          <w:b/>
          <w:color w:val="FFC000"/>
        </w:rPr>
      </w:pPr>
      <w:r w:rsidRPr="00130AEE">
        <w:rPr>
          <w:b/>
          <w:color w:val="FFC000"/>
        </w:rPr>
        <w:t>__________________________________________________________________</w:t>
      </w:r>
    </w:p>
    <w:p w:rsidR="006F5B3C" w:rsidRDefault="00266CD7">
      <w:pPr>
        <w:spacing w:after="80"/>
        <w:jc w:val="center"/>
      </w:pPr>
      <w:r>
        <w:rPr>
          <w:b/>
          <w:color w:val="1B365D"/>
          <w:sz w:val="28"/>
        </w:rPr>
        <w:t>ABSTRACT TEMPLATE</w:t>
      </w:r>
    </w:p>
    <w:p w:rsidR="006F5B3C" w:rsidRDefault="00266CD7">
      <w:pPr>
        <w:spacing w:after="480"/>
        <w:jc w:val="center"/>
      </w:pPr>
      <w:r>
        <w:rPr>
          <w:i/>
          <w:sz w:val="20"/>
        </w:rPr>
        <w:t>Please use this template for your abstract submission.</w:t>
      </w:r>
    </w:p>
    <w:p w:rsidR="006F5B3C" w:rsidRDefault="00266CD7">
      <w:pPr>
        <w:spacing w:after="120"/>
        <w:jc w:val="center"/>
      </w:pPr>
      <w:r>
        <w:rPr>
          <w:b/>
          <w:color w:val="D35400"/>
          <w:sz w:val="28"/>
        </w:rPr>
        <w:t>TITLE OF THE ABSTRACT</w:t>
      </w:r>
    </w:p>
    <w:p w:rsidR="006F5B3C" w:rsidRDefault="00266CD7">
      <w:pPr>
        <w:spacing w:after="360"/>
        <w:jc w:val="center"/>
      </w:pPr>
      <w:r>
        <w:rPr>
          <w:i/>
          <w:color w:val="D35400"/>
          <w:sz w:val="20"/>
        </w:rPr>
        <w:t>(UPPERCASE, MAXIMUM 20 WORDS)</w:t>
      </w:r>
    </w:p>
    <w:p w:rsidR="006F5B3C" w:rsidRDefault="00266CD7" w:rsidP="00717D75">
      <w:pPr>
        <w:spacing w:after="0"/>
        <w:jc w:val="center"/>
      </w:pPr>
      <w:r>
        <w:rPr>
          <w:b/>
          <w:sz w:val="24"/>
        </w:rPr>
        <w:t>Author One*, Author Two¹, Author Three², Author Four³</w:t>
      </w:r>
    </w:p>
    <w:p w:rsidR="006F5B3C" w:rsidRDefault="00266CD7" w:rsidP="00717D75">
      <w:pPr>
        <w:spacing w:after="0"/>
        <w:jc w:val="center"/>
      </w:pPr>
      <w:r>
        <w:rPr>
          <w:i/>
        </w:rPr>
        <w:t>¹ Affiliation of the first author, Department, Institution, City, Country</w:t>
      </w:r>
      <w:r>
        <w:rPr>
          <w:i/>
        </w:rPr>
        <w:br/>
        <w:t>² Affiliation of the second author, Department, Institution, City, Country</w:t>
      </w:r>
      <w:r>
        <w:rPr>
          <w:i/>
        </w:rPr>
        <w:br/>
        <w:t>³ Affiliation of the third author, Department, Institution, City, Country</w:t>
      </w:r>
    </w:p>
    <w:p w:rsidR="006F5B3C" w:rsidRDefault="00266CD7" w:rsidP="00717D75">
      <w:pPr>
        <w:spacing w:after="0"/>
        <w:jc w:val="center"/>
      </w:pPr>
      <w:r>
        <w:rPr>
          <w:color w:val="D35400"/>
        </w:rPr>
        <w:t xml:space="preserve">*Corresponding / presenting author: </w:t>
      </w:r>
      <w:r>
        <w:rPr>
          <w:color w:val="2980B9"/>
          <w:u w:val="single"/>
        </w:rPr>
        <w:t>conference.ms@maticasrpska.org.rs</w:t>
      </w:r>
    </w:p>
    <w:p w:rsidR="006F5B3C" w:rsidRDefault="00266CD7" w:rsidP="00717D75">
      <w:pPr>
        <w:spacing w:before="360" w:after="0"/>
      </w:pPr>
      <w:r>
        <w:rPr>
          <w:b/>
          <w:color w:val="1B365D"/>
          <w:sz w:val="24"/>
        </w:rPr>
        <w:t>ABSTRACT</w:t>
      </w:r>
    </w:p>
    <w:p w:rsidR="006F5B3C" w:rsidRDefault="00266CD7">
      <w:pPr>
        <w:spacing w:after="480"/>
      </w:pPr>
      <w:r>
        <w:rPr>
          <w:i/>
          <w:color w:val="7F8C8D"/>
        </w:rPr>
        <w:t>(Maximum 350–400 words)</w:t>
      </w:r>
    </w:p>
    <w:p w:rsidR="00717D75" w:rsidRDefault="00717D75">
      <w:pPr>
        <w:spacing w:before="360" w:after="80"/>
        <w:rPr>
          <w:b/>
          <w:color w:val="1B365D"/>
          <w:sz w:val="24"/>
        </w:rPr>
      </w:pPr>
    </w:p>
    <w:p w:rsidR="00717D75" w:rsidRDefault="00717D75">
      <w:pPr>
        <w:spacing w:before="360" w:after="80"/>
        <w:rPr>
          <w:b/>
          <w:color w:val="1B365D"/>
          <w:sz w:val="24"/>
        </w:rPr>
      </w:pPr>
    </w:p>
    <w:p w:rsidR="00717D75" w:rsidRDefault="00717D75">
      <w:pPr>
        <w:spacing w:before="360" w:after="80"/>
        <w:rPr>
          <w:b/>
          <w:color w:val="1B365D"/>
          <w:sz w:val="24"/>
        </w:rPr>
      </w:pPr>
    </w:p>
    <w:p w:rsidR="006F5B3C" w:rsidRDefault="00266CD7">
      <w:pPr>
        <w:spacing w:before="360" w:after="80"/>
      </w:pPr>
      <w:r>
        <w:rPr>
          <w:b/>
          <w:color w:val="1B365D"/>
          <w:sz w:val="24"/>
        </w:rPr>
        <w:t>KEY WORDS:</w:t>
      </w:r>
    </w:p>
    <w:p w:rsidR="006F5B3C" w:rsidRDefault="00266CD7">
      <w:pPr>
        <w:spacing w:after="480"/>
      </w:pPr>
      <w:r>
        <w:rPr>
          <w:i/>
          <w:color w:val="7F8C8D"/>
        </w:rPr>
        <w:t>(5 keywords)</w:t>
      </w:r>
    </w:p>
    <w:p w:rsidR="006F5B3C" w:rsidRDefault="00266CD7">
      <w:pPr>
        <w:spacing w:before="360" w:after="80"/>
      </w:pPr>
      <w:r>
        <w:rPr>
          <w:b/>
          <w:color w:val="1B365D"/>
          <w:sz w:val="24"/>
        </w:rPr>
        <w:t>ACKNOWLEDGMENTS (optional)</w:t>
      </w:r>
    </w:p>
    <w:p w:rsidR="006F5B3C" w:rsidRDefault="00266CD7">
      <w:pPr>
        <w:spacing w:after="480"/>
      </w:pPr>
      <w:r>
        <w:rPr>
          <w:i/>
          <w:color w:val="7F8C8D"/>
        </w:rPr>
        <w:t>(You may acknowledge funding sources or other contributors.)</w:t>
      </w:r>
    </w:p>
    <w:p w:rsidR="006F5B3C" w:rsidRDefault="00266CD7">
      <w:r>
        <w:br w:type="page"/>
      </w:r>
    </w:p>
    <w:p w:rsidR="006F5B3C" w:rsidRDefault="00266CD7" w:rsidP="00717D75">
      <w:pPr>
        <w:spacing w:after="0"/>
        <w:jc w:val="center"/>
      </w:pPr>
      <w:r>
        <w:rPr>
          <w:b/>
          <w:color w:val="1B365D"/>
          <w:sz w:val="28"/>
        </w:rPr>
        <w:lastRenderedPageBreak/>
        <w:t>AUTHOR GUIDELINES</w:t>
      </w:r>
    </w:p>
    <w:p w:rsidR="006F5B3C" w:rsidRDefault="00266CD7" w:rsidP="00717D75">
      <w:pPr>
        <w:spacing w:before="360" w:after="0"/>
      </w:pPr>
      <w:bookmarkStart w:id="0" w:name="_GoBack"/>
      <w:bookmarkEnd w:id="0"/>
      <w:r>
        <w:rPr>
          <w:b/>
          <w:color w:val="D35400"/>
        </w:rPr>
        <w:t>GENERAL INSTRUCTIONS</w:t>
      </w:r>
    </w:p>
    <w:p w:rsidR="006F5B3C" w:rsidRDefault="00266CD7" w:rsidP="00717D75">
      <w:pPr>
        <w:pStyle w:val="ListBullet"/>
        <w:spacing w:after="0"/>
      </w:pPr>
      <w:r>
        <w:t>The abstract must be written in English.</w:t>
      </w:r>
    </w:p>
    <w:p w:rsidR="006F5B3C" w:rsidRDefault="00266CD7" w:rsidP="00717D75">
      <w:pPr>
        <w:pStyle w:val="ListBullet"/>
        <w:spacing w:after="0"/>
      </w:pPr>
      <w:r>
        <w:t>The content should be original and not previously published.</w:t>
      </w:r>
    </w:p>
    <w:p w:rsidR="006F5B3C" w:rsidRDefault="00266CD7" w:rsidP="00717D75">
      <w:pPr>
        <w:pStyle w:val="ListBullet"/>
        <w:spacing w:after="0"/>
      </w:pPr>
      <w:r>
        <w:t>The length of the abstract text must be between 350 and 400 words.</w:t>
      </w:r>
    </w:p>
    <w:p w:rsidR="006F5B3C" w:rsidRDefault="00266CD7" w:rsidP="00717D75">
      <w:pPr>
        <w:pStyle w:val="ListBullet"/>
        <w:spacing w:after="0"/>
      </w:pPr>
      <w:r>
        <w:t>The abstract should be formatted according to the specifications below.</w:t>
      </w:r>
    </w:p>
    <w:p w:rsidR="006F5B3C" w:rsidRDefault="00266CD7" w:rsidP="00717D75">
      <w:pPr>
        <w:pStyle w:val="ListBullet"/>
        <w:spacing w:after="0"/>
      </w:pPr>
      <w:r>
        <w:t>Submit your abstract electronically via the conference submission system.</w:t>
      </w:r>
    </w:p>
    <w:p w:rsidR="006F5B3C" w:rsidRDefault="00266CD7" w:rsidP="00717D75">
      <w:pPr>
        <w:spacing w:before="360" w:after="0"/>
      </w:pPr>
      <w:r>
        <w:rPr>
          <w:b/>
          <w:color w:val="D35400"/>
        </w:rPr>
        <w:t>FORMAT AND LAYOUT</w:t>
      </w:r>
    </w:p>
    <w:tbl>
      <w:tblPr>
        <w:tblW w:w="0" w:type="auto"/>
        <w:jc w:val="center"/>
        <w:tblInd w:w="-630" w:type="dxa"/>
        <w:tblLook w:val="04A0" w:firstRow="1" w:lastRow="0" w:firstColumn="1" w:lastColumn="0" w:noHBand="0" w:noVBand="1"/>
      </w:tblPr>
      <w:tblGrid>
        <w:gridCol w:w="2358"/>
        <w:gridCol w:w="1584"/>
        <w:gridCol w:w="1728"/>
        <w:gridCol w:w="864"/>
        <w:gridCol w:w="1584"/>
        <w:gridCol w:w="1872"/>
      </w:tblGrid>
      <w:tr w:rsidR="006F5B3C" w:rsidRPr="00130AEE" w:rsidTr="00F156FF">
        <w:trPr>
          <w:jc w:val="center"/>
        </w:trPr>
        <w:tc>
          <w:tcPr>
            <w:tcW w:w="2358" w:type="dxa"/>
            <w:shd w:val="clear" w:color="auto" w:fill="1B365D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130AEE" w:rsidRDefault="00266CD7" w:rsidP="00717D75">
            <w:pPr>
              <w:spacing w:after="0"/>
              <w:rPr>
                <w:sz w:val="16"/>
                <w:szCs w:val="16"/>
              </w:rPr>
            </w:pPr>
            <w:r w:rsidRPr="00130AEE">
              <w:rPr>
                <w:b/>
                <w:color w:val="FFFFFF"/>
                <w:sz w:val="16"/>
                <w:szCs w:val="16"/>
              </w:rPr>
              <w:t>Element</w:t>
            </w:r>
          </w:p>
        </w:tc>
        <w:tc>
          <w:tcPr>
            <w:tcW w:w="1584" w:type="dxa"/>
            <w:shd w:val="clear" w:color="auto" w:fill="1B365D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130AEE" w:rsidRDefault="00266CD7" w:rsidP="00717D75">
            <w:pPr>
              <w:spacing w:after="0"/>
              <w:rPr>
                <w:sz w:val="16"/>
                <w:szCs w:val="16"/>
              </w:rPr>
            </w:pPr>
            <w:r w:rsidRPr="00130AEE">
              <w:rPr>
                <w:b/>
                <w:color w:val="FFFFFF"/>
                <w:sz w:val="16"/>
                <w:szCs w:val="16"/>
              </w:rPr>
              <w:t>Font</w:t>
            </w:r>
          </w:p>
        </w:tc>
        <w:tc>
          <w:tcPr>
            <w:tcW w:w="1728" w:type="dxa"/>
            <w:shd w:val="clear" w:color="auto" w:fill="1B365D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130AEE" w:rsidRDefault="00266CD7" w:rsidP="00717D75">
            <w:pPr>
              <w:spacing w:after="0"/>
              <w:rPr>
                <w:sz w:val="16"/>
                <w:szCs w:val="16"/>
              </w:rPr>
            </w:pPr>
            <w:r w:rsidRPr="00130AEE">
              <w:rPr>
                <w:b/>
                <w:color w:val="FFFFFF"/>
                <w:sz w:val="16"/>
                <w:szCs w:val="16"/>
              </w:rPr>
              <w:t>Style</w:t>
            </w:r>
          </w:p>
        </w:tc>
        <w:tc>
          <w:tcPr>
            <w:tcW w:w="864" w:type="dxa"/>
            <w:shd w:val="clear" w:color="auto" w:fill="1B365D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130AEE" w:rsidRDefault="00266CD7" w:rsidP="00717D75">
            <w:pPr>
              <w:spacing w:after="0"/>
              <w:rPr>
                <w:sz w:val="16"/>
                <w:szCs w:val="16"/>
              </w:rPr>
            </w:pPr>
            <w:r w:rsidRPr="00130AEE">
              <w:rPr>
                <w:b/>
                <w:color w:val="FFFFFF"/>
                <w:sz w:val="16"/>
                <w:szCs w:val="16"/>
              </w:rPr>
              <w:t>Size</w:t>
            </w:r>
          </w:p>
        </w:tc>
        <w:tc>
          <w:tcPr>
            <w:tcW w:w="1584" w:type="dxa"/>
            <w:shd w:val="clear" w:color="auto" w:fill="1B365D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130AEE" w:rsidRDefault="00266CD7" w:rsidP="00717D75">
            <w:pPr>
              <w:spacing w:after="0"/>
              <w:rPr>
                <w:sz w:val="16"/>
                <w:szCs w:val="16"/>
              </w:rPr>
            </w:pPr>
            <w:r w:rsidRPr="00130AEE">
              <w:rPr>
                <w:b/>
                <w:color w:val="FFFFFF"/>
                <w:sz w:val="16"/>
                <w:szCs w:val="16"/>
              </w:rPr>
              <w:t>Alignment / Format</w:t>
            </w:r>
          </w:p>
        </w:tc>
        <w:tc>
          <w:tcPr>
            <w:tcW w:w="1872" w:type="dxa"/>
            <w:shd w:val="clear" w:color="auto" w:fill="1B365D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130AEE" w:rsidRDefault="00266CD7" w:rsidP="00717D75">
            <w:pPr>
              <w:spacing w:after="0"/>
              <w:rPr>
                <w:sz w:val="16"/>
                <w:szCs w:val="16"/>
              </w:rPr>
            </w:pPr>
            <w:r w:rsidRPr="00130AEE">
              <w:rPr>
                <w:b/>
                <w:color w:val="FFFFFF"/>
                <w:sz w:val="16"/>
                <w:szCs w:val="16"/>
              </w:rPr>
              <w:t>Notes</w:t>
            </w:r>
          </w:p>
        </w:tc>
      </w:tr>
      <w:tr w:rsidR="006F5B3C" w:rsidRPr="00130AEE" w:rsidTr="00F156FF">
        <w:trPr>
          <w:jc w:val="center"/>
        </w:trPr>
        <w:tc>
          <w:tcPr>
            <w:tcW w:w="235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717D75">
            <w:pPr>
              <w:spacing w:after="0"/>
              <w:rPr>
                <w:b/>
                <w:sz w:val="16"/>
                <w:szCs w:val="16"/>
              </w:rPr>
            </w:pPr>
            <w:r w:rsidRPr="00717D75">
              <w:rPr>
                <w:b/>
                <w:sz w:val="16"/>
                <w:szCs w:val="16"/>
              </w:rPr>
              <w:t>Title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Times New Roman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Bold, UPPERCASE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14 pt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Centered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Max. 20 words</w:t>
            </w:r>
          </w:p>
        </w:tc>
      </w:tr>
      <w:tr w:rsidR="006F5B3C" w:rsidRPr="00130AEE" w:rsidTr="00F156FF">
        <w:trPr>
          <w:jc w:val="center"/>
        </w:trPr>
        <w:tc>
          <w:tcPr>
            <w:tcW w:w="235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b/>
                <w:sz w:val="16"/>
                <w:szCs w:val="16"/>
              </w:rPr>
            </w:pPr>
            <w:r w:rsidRPr="00717D75">
              <w:rPr>
                <w:b/>
                <w:sz w:val="16"/>
                <w:szCs w:val="16"/>
              </w:rPr>
              <w:t>Authors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Times New Roman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Bold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12 pt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Centered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Use superscript numbers for affiliations</w:t>
            </w:r>
          </w:p>
        </w:tc>
      </w:tr>
      <w:tr w:rsidR="006F5B3C" w:rsidRPr="00130AEE" w:rsidTr="00F156FF">
        <w:trPr>
          <w:jc w:val="center"/>
        </w:trPr>
        <w:tc>
          <w:tcPr>
            <w:tcW w:w="235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b/>
                <w:sz w:val="16"/>
                <w:szCs w:val="16"/>
              </w:rPr>
            </w:pPr>
            <w:r w:rsidRPr="00717D75">
              <w:rPr>
                <w:b/>
                <w:sz w:val="16"/>
                <w:szCs w:val="16"/>
              </w:rPr>
              <w:t>Affiliations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Times New Roman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Italic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11 pt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Centered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Use numbers (1, 2, 3...)</w:t>
            </w:r>
          </w:p>
        </w:tc>
      </w:tr>
      <w:tr w:rsidR="006F5B3C" w:rsidRPr="00130AEE" w:rsidTr="00F156FF">
        <w:trPr>
          <w:jc w:val="center"/>
        </w:trPr>
        <w:tc>
          <w:tcPr>
            <w:tcW w:w="235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b/>
                <w:sz w:val="16"/>
                <w:szCs w:val="16"/>
              </w:rPr>
            </w:pPr>
            <w:r w:rsidRPr="00717D75">
              <w:rPr>
                <w:b/>
                <w:sz w:val="16"/>
                <w:szCs w:val="16"/>
              </w:rPr>
              <w:t>Corresponding / presenting author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Times New Roman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Regular (email in blue)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11 pt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Left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Mark with *</w:t>
            </w:r>
          </w:p>
        </w:tc>
      </w:tr>
      <w:tr w:rsidR="006F5B3C" w:rsidRPr="00130AEE" w:rsidTr="00F156FF">
        <w:trPr>
          <w:jc w:val="center"/>
        </w:trPr>
        <w:tc>
          <w:tcPr>
            <w:tcW w:w="235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b/>
                <w:sz w:val="16"/>
                <w:szCs w:val="16"/>
              </w:rPr>
            </w:pPr>
            <w:r w:rsidRPr="00717D75">
              <w:rPr>
                <w:b/>
                <w:sz w:val="16"/>
                <w:szCs w:val="16"/>
              </w:rPr>
              <w:t>Abstract text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Times New Roman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Regular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12 pt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Justified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350–400 words</w:t>
            </w:r>
          </w:p>
        </w:tc>
      </w:tr>
      <w:tr w:rsidR="006F5B3C" w:rsidRPr="00130AEE" w:rsidTr="00F156FF">
        <w:trPr>
          <w:jc w:val="center"/>
        </w:trPr>
        <w:tc>
          <w:tcPr>
            <w:tcW w:w="235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b/>
                <w:sz w:val="16"/>
                <w:szCs w:val="16"/>
              </w:rPr>
            </w:pPr>
            <w:r w:rsidRPr="00717D75">
              <w:rPr>
                <w:b/>
                <w:sz w:val="16"/>
                <w:szCs w:val="16"/>
              </w:rPr>
              <w:t>Key words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Times New Roman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Regular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12 pt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Left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5 keywords; separate with semicolons</w:t>
            </w:r>
          </w:p>
        </w:tc>
      </w:tr>
      <w:tr w:rsidR="006F5B3C" w:rsidRPr="00130AEE" w:rsidTr="00F156FF">
        <w:trPr>
          <w:jc w:val="center"/>
        </w:trPr>
        <w:tc>
          <w:tcPr>
            <w:tcW w:w="235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b/>
                <w:sz w:val="16"/>
                <w:szCs w:val="16"/>
              </w:rPr>
            </w:pPr>
            <w:r w:rsidRPr="00717D75">
              <w:rPr>
                <w:b/>
                <w:sz w:val="16"/>
                <w:szCs w:val="16"/>
              </w:rPr>
              <w:t>Acknowledgments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Times New Roman</w:t>
            </w:r>
          </w:p>
        </w:tc>
        <w:tc>
          <w:tcPr>
            <w:tcW w:w="17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Regular</w:t>
            </w:r>
          </w:p>
        </w:tc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12 pt</w:t>
            </w:r>
          </w:p>
        </w:tc>
        <w:tc>
          <w:tcPr>
            <w:tcW w:w="15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Justified</w:t>
            </w:r>
          </w:p>
        </w:tc>
        <w:tc>
          <w:tcPr>
            <w:tcW w:w="18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F5B3C" w:rsidRPr="00717D75" w:rsidRDefault="00266CD7" w:rsidP="00F156FF">
            <w:pPr>
              <w:spacing w:after="0"/>
              <w:rPr>
                <w:sz w:val="16"/>
                <w:szCs w:val="16"/>
              </w:rPr>
            </w:pPr>
            <w:r w:rsidRPr="00717D75">
              <w:rPr>
                <w:sz w:val="16"/>
                <w:szCs w:val="16"/>
              </w:rPr>
              <w:t>Optional</w:t>
            </w:r>
          </w:p>
        </w:tc>
      </w:tr>
    </w:tbl>
    <w:p w:rsidR="00130AEE" w:rsidRDefault="00130AEE" w:rsidP="00F156FF">
      <w:pPr>
        <w:spacing w:after="0"/>
        <w:rPr>
          <w:b/>
          <w:color w:val="D35400"/>
        </w:rPr>
      </w:pPr>
    </w:p>
    <w:p w:rsidR="006F5B3C" w:rsidRDefault="00266CD7" w:rsidP="00717D75">
      <w:pPr>
        <w:spacing w:after="0" w:line="240" w:lineRule="auto"/>
      </w:pPr>
      <w:r>
        <w:rPr>
          <w:b/>
          <w:color w:val="D35400"/>
        </w:rPr>
        <w:t>PAGE LIMIT</w:t>
      </w:r>
    </w:p>
    <w:p w:rsidR="006F5B3C" w:rsidRDefault="00266CD7" w:rsidP="00717D75">
      <w:pPr>
        <w:spacing w:after="240" w:line="240" w:lineRule="auto"/>
      </w:pPr>
      <w:r>
        <w:t>Abstracts must not exceed two (2) A4 pages including all elements.</w:t>
      </w:r>
    </w:p>
    <w:p w:rsidR="006F5B3C" w:rsidRDefault="00266CD7" w:rsidP="00717D75">
      <w:pPr>
        <w:spacing w:before="240" w:after="80" w:line="240" w:lineRule="auto"/>
      </w:pPr>
      <w:r>
        <w:rPr>
          <w:b/>
          <w:color w:val="D35400"/>
        </w:rPr>
        <w:t>LANGUAGE</w:t>
      </w:r>
    </w:p>
    <w:p w:rsidR="00130AEE" w:rsidRDefault="00266CD7" w:rsidP="00717D75">
      <w:pPr>
        <w:spacing w:after="480" w:line="240" w:lineRule="auto"/>
      </w:pPr>
      <w:r>
        <w:t>Official language of the conference is English.</w:t>
      </w:r>
    </w:p>
    <w:p w:rsidR="00717D75" w:rsidRDefault="00266CD7" w:rsidP="00717D75">
      <w:pPr>
        <w:spacing w:after="0"/>
        <w:rPr>
          <w:color w:val="7F8C8D"/>
          <w:sz w:val="19"/>
        </w:rPr>
      </w:pPr>
      <w:r>
        <w:rPr>
          <w:color w:val="7F8C8D"/>
          <w:sz w:val="19"/>
        </w:rPr>
        <w:t xml:space="preserve">Website: </w:t>
      </w:r>
      <w:hyperlink r:id="rId9" w:history="1">
        <w:r w:rsidR="00CE18C4" w:rsidRPr="00CD0EA3">
          <w:rPr>
            <w:rStyle w:val="Hyperlink"/>
            <w:sz w:val="19"/>
          </w:rPr>
          <w:t>www.mycologyserbiammm.com</w:t>
        </w:r>
      </w:hyperlink>
    </w:p>
    <w:p w:rsidR="00717D75" w:rsidRDefault="00266CD7" w:rsidP="00717D75">
      <w:pPr>
        <w:spacing w:after="0"/>
        <w:rPr>
          <w:color w:val="7F8C8D"/>
          <w:sz w:val="19"/>
        </w:rPr>
      </w:pPr>
      <w:r>
        <w:rPr>
          <w:color w:val="7F8C8D"/>
          <w:sz w:val="19"/>
        </w:rPr>
        <w:t xml:space="preserve">Email: </w:t>
      </w:r>
      <w:hyperlink r:id="rId10" w:history="1">
        <w:r w:rsidR="00717D75" w:rsidRPr="004839CD">
          <w:rPr>
            <w:rStyle w:val="Hyperlink"/>
            <w:sz w:val="19"/>
          </w:rPr>
          <w:t>conference.ms@maticasrpska.org.rs</w:t>
        </w:r>
      </w:hyperlink>
    </w:p>
    <w:p w:rsidR="00717D75" w:rsidRDefault="00266CD7">
      <w:pPr>
        <w:spacing w:after="480"/>
      </w:pPr>
      <w:r>
        <w:rPr>
          <w:color w:val="7F8C8D"/>
          <w:sz w:val="19"/>
        </w:rPr>
        <w:t>Matica Srpska, Novi Sad, Serbia</w:t>
      </w:r>
    </w:p>
    <w:sectPr w:rsidR="00717D75" w:rsidSect="0003461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1B6" w:rsidRDefault="006B71B6" w:rsidP="00F156FF">
      <w:pPr>
        <w:spacing w:after="0" w:line="240" w:lineRule="auto"/>
      </w:pPr>
      <w:r>
        <w:separator/>
      </w:r>
    </w:p>
  </w:endnote>
  <w:endnote w:type="continuationSeparator" w:id="0">
    <w:p w:rsidR="006B71B6" w:rsidRDefault="006B71B6" w:rsidP="00F1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75" w:rsidRDefault="00717D75" w:rsidP="00717D75">
    <w:pPr>
      <w:pStyle w:val="Footer"/>
      <w:jc w:val="right"/>
    </w:pPr>
    <w:r>
      <w:rPr>
        <w:noProof/>
        <w:lang w:val="sr-Latn-RS" w:eastAsia="sr-Latn-R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4799330</wp:posOffset>
          </wp:positionH>
          <wp:positionV relativeFrom="margin">
            <wp:posOffset>6684010</wp:posOffset>
          </wp:positionV>
          <wp:extent cx="1920875" cy="1214755"/>
          <wp:effectExtent l="19050" t="0" r="3175" b="0"/>
          <wp:wrapTight wrapText="bothSides">
            <wp:wrapPolygon edited="0">
              <wp:start x="-214" y="0"/>
              <wp:lineTo x="-214" y="21340"/>
              <wp:lineTo x="21636" y="21340"/>
              <wp:lineTo x="21636" y="0"/>
              <wp:lineTo x="-214" y="0"/>
            </wp:wrapPolygon>
          </wp:wrapTight>
          <wp:docPr id="4" name="Picture 3" descr="ChatGPT Image 17. јул 2026. 10_45_59 FRAME 18.07.2026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tGPT Image 17. јул 2026. 10_45_59 FRAME 18.07.2026.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0875" cy="1214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r-Latn-RS" w:eastAsia="sr-Latn-RS"/>
      </w:rPr>
      <w:drawing>
        <wp:inline distT="0" distB="0" distL="0" distR="0">
          <wp:extent cx="6480135" cy="437272"/>
          <wp:effectExtent l="19050" t="0" r="0" b="0"/>
          <wp:docPr id="3" name="Picture 2" descr="ChatGPT Image 17. јул 2026. 20_45_23 NEW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tGPT Image 17. јул 2026. 20_45_23 NEW FOOTER.png"/>
                  <pic:cNvPicPr/>
                </pic:nvPicPr>
                <pic:blipFill>
                  <a:blip r:embed="rId2">
                    <a:lum contrast="4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135" cy="437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1B6" w:rsidRDefault="006B71B6" w:rsidP="00F156FF">
      <w:pPr>
        <w:spacing w:after="0" w:line="240" w:lineRule="auto"/>
      </w:pPr>
      <w:r>
        <w:separator/>
      </w:r>
    </w:p>
  </w:footnote>
  <w:footnote w:type="continuationSeparator" w:id="0">
    <w:p w:rsidR="006B71B6" w:rsidRDefault="006B71B6" w:rsidP="00F1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6FF" w:rsidRDefault="00130AEE" w:rsidP="00574626">
    <w:pPr>
      <w:pStyle w:val="Header"/>
      <w:spacing w:after="240"/>
      <w:jc w:val="center"/>
    </w:pPr>
    <w:r>
      <w:rPr>
        <w:noProof/>
        <w:lang w:val="sr-Latn-RS" w:eastAsia="sr-Latn-RS"/>
      </w:rPr>
      <w:drawing>
        <wp:inline distT="0" distB="0" distL="0" distR="0">
          <wp:extent cx="6528121" cy="769401"/>
          <wp:effectExtent l="19050" t="0" r="6029" b="0"/>
          <wp:docPr id="1" name="Picture 0" descr="ChatGPT Image 17. јул 2026. 10_45_59 HAEDER 18.07.2026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tGPT Image 17. јул 2026. 10_45_59 HAEDER 18.07.2026..png"/>
                  <pic:cNvPicPr/>
                </pic:nvPicPr>
                <pic:blipFill>
                  <a:blip r:embed="rId1">
                    <a:lum contrast="1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8121" cy="769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0AEE"/>
    <w:rsid w:val="0015074B"/>
    <w:rsid w:val="00266CD7"/>
    <w:rsid w:val="0029639D"/>
    <w:rsid w:val="00326F90"/>
    <w:rsid w:val="00574626"/>
    <w:rsid w:val="006B71B6"/>
    <w:rsid w:val="006F5B3C"/>
    <w:rsid w:val="00717D75"/>
    <w:rsid w:val="0079751D"/>
    <w:rsid w:val="00AA1D8D"/>
    <w:rsid w:val="00B47730"/>
    <w:rsid w:val="00CB0664"/>
    <w:rsid w:val="00CE18C4"/>
    <w:rsid w:val="00F156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3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AEE"/>
    <w:rPr>
      <w:rFonts w:ascii="Tahoma" w:hAnsi="Tahoma" w:cs="Tahoma"/>
      <w:color w:val="333333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7D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3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AEE"/>
    <w:rPr>
      <w:rFonts w:ascii="Tahoma" w:hAnsi="Tahoma" w:cs="Tahoma"/>
      <w:color w:val="333333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7D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onference.ms@maticasrpska.org.r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ycologyserbiammm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73DC19-3E38-4B27-856B-7D801527B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FTN</Company>
  <LinksUpToDate>false</LinksUpToDate>
  <CharactersWithSpaces>2138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rew</cp:lastModifiedBy>
  <cp:revision>2</cp:revision>
  <dcterms:created xsi:type="dcterms:W3CDTF">2026-07-23T21:59:00Z</dcterms:created>
  <dcterms:modified xsi:type="dcterms:W3CDTF">2026-07-23T21:59:00Z</dcterms:modified>
</cp:coreProperties>
</file>